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מקורות חג הסיגד ואת משמעותו לקהילת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קשר בין טקסט מקראי (נחמיה) לבין מנהגי החג וחוק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ולהבין את רצף האירועים ההיסטוריים של העלייה מאתיופיה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רפלקטיבית וטיעון מנומק סביב זהות, שייכות ומסורת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חג הסיגד: מושגי יסוד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חג הסיגד: מושגי יסוד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 (50)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חג הסיגד: מושגי יסוד – התאמה ושאלות אמת/שקר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(השתחוות וסגידה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(ספר התורה של קהילת ביתא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(מנהיג דתי ורוחני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(הטיילת בירושלים שבה נערכת היום התפילה המרכזית)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(תאריך חג הסיגד)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חג הסיגד: מושגי יסוד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באתר: הסיגד הוא חג של קהילת ביתא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באתר נכתב שעלו להר גבוה, ולא נמוך.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בעמוד הראשי של האתר.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תחנת מקורות: נחמיה וחוק הסיגד – הבנה והיכרות עם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לעזרא הסופר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מהבוקר עד חצות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צמו ולבשו שקים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לאכול מעדנים ולשלוח מנות כי היום קדוש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הסכם כתוב וחתום (אמנה)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תחנת מקורות: נחמיה וחוק הסיגד – קישור בין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תחנת מקורות: נחמיה וחוק הסיגד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(המקום בירושלים שבו התאסף העם לשמוע את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(הסכם כתוב לחידוש הברית עם 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(כינוי לנחמיה, המנהיג שדיבר אל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(המקום בירושלים שבו מתקיימת היום התפילה המרכזית בסיגד)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(ספר התורה של קהילת ביתא ישראל, הנקרא בחג)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תחנת מקורות: נחמיה וחוק הסיגד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שהצום מבטא תפילה והתוודות, והשמחה מבטאת חידוש הברית והתקווה - כמו בנחמיה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אמנה היא הסכם כתוב לחידוש הברית; בסיגד הקהילה מחדשת את הקשר לתורה ולירושלים בדרך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דומה: התכנסות, קריאה בתורה, צום, תפילה. שונה: הזמן, המקום, האורית מול ספר התורה, וההקשר ההיסטורי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בעד: מכבד את חופש הבחירה ואת מי שלא מכיר את המסורת. נגד: עלול להחליש את מעמד החג ואת ההכרה הציבורית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ציר זמן ומסע: מאתיופיה לישראל – זיכרון מהציר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1862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מבצע שבא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ציר זמן ומסע: מאתיופיה לישראל – בודקים את הציר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לפי האתר המבצע ארך 36 שעות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האתר מתאר שמירה על המסורת במשך מאות שנים באתיופיה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ציר זמן ומסע: מאתיופיה לישראל – משלימים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ציר זמן ומסע: מאתיופיה לישראל – מתאימים תקופות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(הכרה בזכות לעלות לפי חוק השבות)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(מבצע משה)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(מבצע 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(חקיקת חוק 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(המסע ברגל לסודן)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זהות ושייכות: כתיבה רפלקטיבית – הבנה והיכרות עם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לשוב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זיכרון, אמונה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לבחור 3 מילים שמתארות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שניהם קשורים לזהות ולזיכרון משותף של 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זהות ושייכות: כתיבה רפלקטיבית – מבנה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(הסבר קצר מה השייכות אומרת בשבילי)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(תיאור רגע אחד שממחיש שייכות)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(חיבור בין החוויה האישית לבין מה שלמדנו)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(סיכום קצר שחוזר לרעיון המרכזי)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(מסורת ששמרה עליה קהילת ביתא ישראל במשך דורות)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זהות ושייכות: כתיבה רפלקטיבית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מסודרת הכוללת את ארבעת החלקים, עם דוגמה אישית וחיבור ברור לחג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אישי של מסורת או זיכרון משפחתי, עם הסבר 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רעיון מעשי אחד (למשל: לשתף ילד חדש, להקשיב, להזמין להצטרף) עם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המחבר בין שלושת הרעיונות מתוך תוכן הדף, ודוגמה רלוונטית מחיי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קלפי דיון: מסורת קהילתית וחג ממלכתי – היכרות עם מבנה 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עובדים בקבוצות של 4, כל אחד מקבל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בקלפי 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נקבע בכללי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חשוב להקשיב, לכבד ולנמק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קלפי דיון: מסורת קהילתית וחג ממלכתי – תפקידים ופותחי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(תומכים בטענה ומביאים נימוקים)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(מתנגדים לטענה ומביאים נימוקים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(שואלים שאלות כדי להבהיר את הטענות)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(מסכמים את עיקרי הדיון בסוף)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קלפי דיון: מסורת קהילתית וחג ממלכתי – תרגול פותחי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קלפי דיון: מסורת קהילתית וחג ממלכתי – כתיבת טיעון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לדעתי עדיף ללמוד משיחה עם אדם, כי אפשר לשאול אותו שאלות ולשמוע סיפור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אמנם שיחה עם אדם מעניינת, אבל סרטון מאפשר לראות תמונות ומקומות שקשה להראות בשיחה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מסכמות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ספר התורה של הקהילה בשפת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בטיילת ארמון הנציב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עזרא הסופר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מבצע משה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שהחג הוא חג המדינה ויום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שניהם כוללים התכנסות, קריאה בתורה וחידוש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לפחות שני שלבים מסדר היום: טבילה/בגדים לבנים, עלייה להר, קריאה באורית, צום ותפילה, ירידה וסעודה חגיגית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 לפחות אחד מהיסודות המשותפים: התכנסות העם, קריאה בתורה, צום, התוודות או חידוש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אירועים אמיתיים מציר הזמן (למשל המסע לסודן ומבצע משה) מופיעים בסדר הכרונולוגי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שיעורים: פרקים 1-2 יחד, פרק 3 כעבודת חקר קצרה, פרקים 4-5 כשיעור דיון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לצפות קודם בסרטון הקצר מהמסלול היסודי כדי לבסס מושגי יסוד לפני המעבר לטקסטים של נחמיה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קלפי הדיון כדאי לחלק תפקידים מראש ולהזכיר את פותחי המשפט הנתונים באתר כדי לעזור לתלמידים מתקשים בניסוח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הצפייה בסרטון על הדרך דרך סודן יש להזכיר לכיתה שמדובר בתוכן רגיש, ולאפשר שיחה פתוחה לאחר הצפייה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חמישה פרקים על חג הסיגד. בכל פרק לומדים דבר אחד חדש וכותבים תשובות. אפשר להיעזר בסרטונים ובדף של האתר.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בגעז שפירושה השתחוות או סגידה - כך נקרא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הקהילה היהודית שחיה באתיופיה במשך דורות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התורה של קהילת ביתא ישראל, כתוב בשפת 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ורוחני של הקהילה, מוביל את התפילה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העתיקה של התפילות וכתבי הקודש 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ברית שחידש העם בימי עזרא ונחמיה - קריאה בתורה, צום והתחייבות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משה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חשאי (1984-1985) להעלאת יהודי אתיופיה מסודן לישראל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שלמה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העלאה מהיר (1991) של אלפי עולים באווירונים תוך יממה וחצי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 חג הסיגד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משנת 2008 שהפך את הסיגד לחג ממלכתי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ארמון הנציב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הטיילת בירושלים שבה נערכת כיום התפילה המרכזית של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חג הסיגד: מושגי יסוד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וריקוד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קציר ואסיף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ואמנה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לספר התורה של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המנהיג הרוחני שמוביל את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חג הסיגד: מושגי יסוד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__________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בעבר עלו בני הקהילה ל__________ גבוה כדי לצום, להתפלל ולשמוע את הקסים קוראים באורית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מאז שנת __________ הסיגד הוא חג ממלכתי בישראל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חג הסיגד: מושגי יסוד – התאמה ושאלות אמת/שקר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תאריך חג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השתחוות וסגידה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הטיילת בירושלים שבה נערכת היום התפילה המרכזית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דתי ורוחני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כ״ט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התורה של קהילת ביתא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מהו חג הסיגד: מושגי יסוד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של קהילת ביתא ישראל,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נהגו לעלות להר נמוך וקרוב לכפר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 שאליו עלו בני הקהילה נחשב זכר למעמד הר סיני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תחנת מקורות: נחמיה וחוק הסיגד – הבנה והיכרות עם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הביא את ספר התורה לעם?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לעזרא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לנחמיה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קראו בתורה?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מהבוקר עד חצות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עשה העם ביום הצום המיוחד?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חגגו בשמחה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צמו ולבשו שקים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יצאו למלחמה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בנו מחדש את החומה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ביקשו ממך לעשות ביום הקריאה בתורה?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להתאבל ולבכות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לצום עד הערב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לאכול מעדנים ולשלוח מנות כי היום קדוש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לקרוע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חתמו שרי העם בסוף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כתוב וחתום (אמנה)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מגילה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תחנת מקורות: נחמיה וחוק הסיגד – קישור בין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העם והשרים כרתו __________ - הסכם כתוב וחתום לחידוש הברית עם 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הסיגד, בדומה לימי נחמיה, הקהילה מתכנסת, __________ מהאורית, צמה ומתפללת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חוק חג הסיגד, החג הוא יום __________ ולא יום שבתון חובה לכולם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תחנת מקורות: נחמיה וחוק הסיגד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שער המים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כינוי לנחמיה, המנהיג שדיבר אל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בירושלים שבו מתקיימת היום התפילה המרכזית בסיגד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התרשתא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התורה של קהילת ביתא ישראל, הנקרא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הסכם כתוב לחידוש הברית עם ה'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בירושלים שבו התאסף העם לשמוע את התורה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תחנת מקורות: נחמיה וחוק הסיגד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נחמיה ועזרא ביקשו מהעם לא להתאבל אלא לשמוח. מדוע, לדעתכם, גם בסיגד משלבים צום על ההר ואחריו חגיגה ושמחה?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זאת 'אמנה' בסיפור נחמיה, ולמה המושג הזה מתאים גם לחג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דומה ומה שונה בין ההתכנסות המתוארת בנחמיה לבין ההתכנסות של הקהילה על ההר בסיגד?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החוק קבע שהסיגד הוא 'יום בחירה' ולא יום שבתון לכולם. כתבו טענה בעד הטענה הזו, וטענה נגדה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ציר זמן ומסע: מאתיופיה לישראל – זיכרון מהציר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קרה הניסיון הראשון לצאת לירושלים?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נוסף למבצע של מרץ 1985?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מבצע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מבצע שבא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מבצע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הסיגד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ציר זמן ומסע: מאתיופיה לישראל – בודקים את הציר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משה התקיים בין נובמבר 1984 לינואר 1985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שלמה נמשך כמעט שנה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קהילת ביתא ישראל שמרה על התורה והחלום לשוב לירושלים עוד לפני המבצעים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ציר זמן ומסע: מאתיופיה לישראל – משלימים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חוק חג הסיגד נחקק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המבצעים, רבים מבני הקהילה הלכו ברגל למחנות פליטים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ציר זמן ומסע: מאתיופיה לישראל – מתאימים תקופות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1973–1975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המסע ברגל לסודן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1984–1985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חקיקת חוק חג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3. 1991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מבצע משה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4. 2008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מבצע שלמה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סוף שנות ה-70 עד 1985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הכרה בזכות לעלות לפי חוק השבות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זהות ושייכות: כתיבה רפלקטיבית – הבנה והיכרות עם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החלום של בני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לשוב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לבנות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לפגוש את הקיסר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שפה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רגשות ורעיונות מתחברים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זיכרון, אמונה ושייכות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ספורט, מוזיקה ואוכל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עבודה, לימוד ומנוחה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קניות, נסיעות ומשחקים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המשימה הראשונה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3 מילים שמתארות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10 עובדות על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מטרייה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לענות על חידון עם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ירושלים קשורה לרגש השייכות?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קשורים לזהות ולזיכרון משותף של 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ביניהם שום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החלום שייך רק לקסים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 מוזכרת רק כמקום על המפה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זהות ושייכות: כתיבה רפלקטיבית – מבנה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תיאור רגע אחד שממחיש שייכות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דוגמה מהחיים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קצר מה השייכות אומרת בשבילי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קישור לחג הסיגד או לסרטון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מסורת ששמרה עליה קהילת ביתא ישראל במשך 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משפט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חיבור בין החוויה האישית לבין מה שלמדנו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החלום לשוב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סיכום קצר שחוזר לרעיון המרכזי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זהות ושייכות: כתיבה רפלקטיבית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(4-5 משפטים) לפי המבנה המוצע באתר: פתיחה, דוגמה מהחיים שלי, קישור לחג הסיגד או לסרטון, משפט סיום - על המשפט 'אני מרגיש/ה שייך/ת כאשר...'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בני ביתא ישראל שמרו על החלום לשוב לירושלים במשך דורות. כתבו: איזה חלום, מסורת או זיכרון שומרים במשפחה שלכם?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כל אחד מאיתנו יכול לעשות כדי שאחרים ירגישו שייכים - בכיתה, בבית הספר או בשכונה? הציעו רעיון אחד והסבירו איך הוא עוזר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איך זיכרון, אמונה ושייכות מתחברים יחד בחג הסיגד, ותנו דוגמה דומה מהחברה או הקהילה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קלפי דיון: מסורת קהילתית וחג ממלכתי – היכרות עם מבנה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בקלפי הדיון עובדים לבד, בלי 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קבוצה יש ארבעה תפקידים: בעד, נגד, שואלים ומסכמים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צד בדיון יש דקה וחצי לטעון את טענתו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בדיון מותר לא להקשיב לצד השני ולקטוע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קלפי דיון: מסורת קהילתית וחג ממלכתי – תפקידים ופותחי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מתנגדים לטענה ומביאים נימוקים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מסכמים את עיקרי הדיון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שואלים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תומכים בטענה ומביאים נימוקים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מסכמים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שואלים שאלות כדי להבהיר את הטענות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קלפי דיון: מסורת קהילתית וחג ממלכתי – תרגול פותחי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אחד מפותחי המשפט לטיעון הוא: ״אמנם… __________ 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פותח משפט נוסף: ״בסרטון ראינו ש…, ו__________״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קלפי דיון: מסורת קהילתית וחג ממלכתי – כתיבת טיעון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בתפקיד ״בעד״ לטענה: ״עדיף ללמוד על חג משיחה עם אדם מאשר מסרטון״. השתמשו באחד מפותחי המשפט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בתפקיד ״נגד״ לאותה טענה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מסכמות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כיפור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"סיגד"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תפילה לגשם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ה"אורית"?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הקס הראשי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התורה של הקהילה בשפת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ההר שעולים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תהלוכה עם מטריות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נערכת היום התפילה המרכזית של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בהר הבית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בטיילת ארמון הנציב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בכפרים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בסודן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ספר נחמיה, מי קרא לעם מתוך ספר התורה ליד שער 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עזרא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מבצע עלייה התרחש בשנים 1984–1985?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מבצע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מבצע שבא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מבצע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מבצע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קבע חוק חג הסיגד משנת 2008?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שהחג הוא יום שבתון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שהחג הוא חג המדינה ויום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שהחג יצוין רק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שהחג בוטל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המשותף בין מעמד "האמנה" בימי נחמיה לבין טקס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כוללים מרוץ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כוללים התכנסות, קריאה בתורה וחידוש 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מתקיימים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קשר ביניהם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בשתי-שלוש משפטים מה קורה ביום הסיגד - מהבוקר ועד הערב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בעזרת דוגמה אחת את הקשר בין סיפור נחמיה לבין 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אירועים מרכזיים בדרך מאתיופיה לישראל וסדרו אותם לפי 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